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0071»</w:t>
      </w:r>
    </w:p>
    <w:p>
      <w:r>
        <w:t>Артикул LD-01133.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