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0069»</w:t>
      </w:r>
    </w:p>
    <w:p>
      <w:r>
        <w:t>Артикул LD-01094.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