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0067»</w:t>
      </w:r>
    </w:p>
    <w:p>
      <w:r>
        <w:t>Артикул LD-01071. Исполнение Серо-синий в полоску. Страна производства Россия (RU).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LD-01071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