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0067»</w:t>
      </w:r>
    </w:p>
    <w:p>
      <w:r>
        <w:t>Артикул LD-01070. Исполнение Дуб и синяя полка. Страна производства Япония (JP).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LD-01070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