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0065»</w:t>
      </w:r>
    </w:p>
    <w:p>
      <w:r>
        <w:t>Артикул LD-01029. Исполнение Дуб и синий металл. Страна производства Польша (PL).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LD-01029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