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0625»</w:t>
      </w:r>
    </w:p>
    <w:p>
      <w:r>
        <w:t>Артикул LD-10000.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LD-10000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LD-10000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LD-10000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